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משמעות חג הסיגד ומועדו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מנהגים וסמלים של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הקשר בין החג לעלייה לירושלים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חמישים יום אחרי יום הכיפורים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יהודי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געגוע וציפייה לירושלים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הקס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כיום חוגגים את הסיגד גם בישראל, במיוחד בירושלים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המנהג הוא להתכנס במקום גבוה לתפילה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אלו חלק ממנהגי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האורית היא חמשת חומשי התורה, לא מאכל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חמישים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גבוה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אורית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(מנהיג דתי בקהילה)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(חמשת חומשי התורה)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(העיר שאליה מתגעגעים)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(הימנעות מאכילה)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(מקום התכנסות לתפילה)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הקהילה מתכנסת במקום גבוה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הקס מוביל תפילות וקריאה מהאורית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המשתתפים צמים ומתפללים לחזרה לירושלים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לקראת ערב שוברים את הצום בסעודה 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החגיגה ממשיכה בשירה וריקודים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יזכיר את הגעגוע לירושלים, התכנסות הקהילה, תפילה וחשיבות השמירה על מסורת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פתוחה, יש לבדוק קשר למנהגי החג כמו תפילה, קריאה מהאורית, התכנסות משותפת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חמישים יום אחרי יום הכיפורים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הקס, המנהיג הדתי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געגוע וציפייה לחזרה לירושלים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או סרטון קצר על טקס הסיגד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את הדף לשיחה על מגוון התרבויות בעם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הכיתה לקבוצות לפי מסלולי הלמידה השונים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חג הסיגד הוא חג יהודי עתיק שמקורו בקהילת יהודי אתיופיה. החג חל חמישים יום אחרי יום הכיפורים ומבטא געגוע וציפייה לירושלים.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חל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שבעה ימים אחרי ראש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חמישים יום אחרי יום הכיפורים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בחודש 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שלושים יום לפני 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מאיזו קהילה מקורו של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יהודי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יהודי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יהודי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יהודי 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מבטא חג הסיגד בעיקר?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 על יבול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געגוע וציפייה לירושלים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ניצחון במלחמה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סיום שנת הלימודים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מוביל את התפילות ביום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ראש העיר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חייל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חוגגים רק במדינת אתיופיה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הסיגד הקהילה מתכנסת במקום גבוה כמו הר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החג כולל צום ותפילה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האורית היא שם של מאכל מסורתי בחג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חג הסיגד חל __________ יום אחרי יום הכיפורים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מנהיג דתי בקהילת יהודי אתיופיה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החג מבטא געגוע וציפייה לעיר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ביום החג הקהילה מתכנסת במקום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חמשת חומשי התורה בנוסח יהודי אתיופיה נקראים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חמשת חומשי התורה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העיר שאליה מתגעגעים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ירושלים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מקום התכנסות לתפילה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מנהיג דתי בקהילה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הימנעות מאכילה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מהלך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החגיגה ממשיכה בשירה וריקודים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לקראת ערב שוברים את הצום בסעודה משותפת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הקהילה מתכנסת במקום גבוה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המשתתפים צמים ומתפללים לחזרה לירושלים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הקס מוביל תפילות וקריאה מהאורית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שלושה-ארבעה משפטים על משמעות חג הסיגד ומה אפשר ללמוד ממנו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אם הייתם מתכננים טקס סיגד בכיתה, אילו שלושה דברים הייתם כוללים בו? הסבירו קצרה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חל חג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מוביל את תפילות החג?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מבטא החג עבור יהודי אתיופיה?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