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חג הסיגד ומועדו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מנהגים וסמלים של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החג לעלייה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חמישים יום אחרי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יהודי אתיופיה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כיום חוגגים את הסיגד גם בישראל, במיוחד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המנהג הוא להתכנס במקום גבוה לתפילה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(מנהיג דתי בקהילה)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(חמשת חומשי התורה)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(העיר שאליה מתגעגעים)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(הימנעות מאכילה)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הקהילה מתכנסת במקום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הקס מוביל תפילות וקריאה מהאורית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המשתתפים צמים ומתפללים לחזרה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לקראת ערב שוברים את הצום בסעודה משותפת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יזכיר את הגעגוע לירושלים, התכנסות הקהילה, תפילה וחשיבות השמירה על מסורת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חמישים יום אחרי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הקס, המנהיג הדתי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געגוע וציפייה לחזרה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או סרטון קצר על טקס הסיגד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הדף לשיחה על מגוון התרבויות בעם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הכיתה לקבוצות לפי מסלולי הלמידה השונים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חג הסיגד הוא חג יהודי עתיק שמקורו בקהילת יהודי אתיופיה. החג חל חמישים יום אחרי יום הכיפורים ומבטא געגוע וציפייה לירושלים.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ירושלים  ·  קס  ·  חמישים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שבעה ימים אחרי 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חמישים יום אחרי יום הכיפורים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בחודש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מאיזו קהילה מקורו של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יהודי מרוקו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הסיגד חוגגים רק במדינת אתיופיה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 הסיגד הקהילה מתכנסת במקום גבוה כמו 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חג הסיגד חל __________ יום אחרי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מנהיג דתי בקהילת יהודי אתיופיה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החג מבטא געגוע וציפייה לעיר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חמשת חומשי התורה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העיר שאליה מתגעגעים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הימנעות מאכילה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צום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מנהיג דתי בקהילה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מהלך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לקראת ערב שוברים את הצום בסעודה משותפת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המשתתפים צמים ומתפללים לחזרה לירושלים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הקהילה מתכנסת במקום גבוה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הקס מוביל תפילות וקריאה מהאורית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שלושה-ארבעה משפטים על משמעות חג הסיגד ומה אפשר ללמוד ממנו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חל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מוביל את תפילות החג?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